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Toolbox Talk Record</w:t>
      </w:r>
    </w:p>
    <w:p>
      <w:r>
        <w:t>[Your business name / logo]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Site / job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Time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Run by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Topic</w:t>
      </w:r>
    </w:p>
    <w:p>
      <w:r>
        <w:br/>
        <w:br/>
      </w:r>
    </w:p>
    <w:p>
      <w:pPr>
        <w:pStyle w:val="Heading2"/>
      </w:pPr>
      <w:r>
        <w:t>Discussion points</w:t>
      </w:r>
    </w:p>
    <w:p>
      <w:r>
        <w:br/>
        <w:br/>
      </w:r>
    </w:p>
    <w:p>
      <w:pPr>
        <w:pStyle w:val="Heading2"/>
      </w:pPr>
      <w:r>
        <w:t>Questions raised by crew</w:t>
      </w:r>
    </w:p>
    <w:p>
      <w:r>
        <w:br/>
        <w:br/>
      </w:r>
    </w:p>
    <w:p>
      <w:pPr>
        <w:pStyle w:val="Heading2"/>
      </w:pPr>
      <w:r>
        <w:t>Hazards and controls</w:t>
      </w:r>
    </w:p>
    <w:p>
      <w:r>
        <w:br/>
        <w:br/>
      </w:r>
    </w:p>
    <w:p>
      <w:pPr>
        <w:pStyle w:val="Heading2"/>
      </w:pPr>
      <w:r>
        <w:t>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Action</w:t>
            </w:r>
          </w:p>
        </w:tc>
        <w:tc>
          <w:tcPr>
            <w:tcW w:type="dxa" w:w="2880"/>
          </w:tcPr>
          <w:p>
            <w:r>
              <w:t>Who</w:t>
            </w:r>
          </w:p>
        </w:tc>
        <w:tc>
          <w:tcPr>
            <w:tcW w:type="dxa" w:w="2880"/>
          </w:tcPr>
          <w:p>
            <w:r>
              <w:t>By when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t>Attendance and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Name</w:t>
            </w:r>
          </w:p>
        </w:tc>
        <w:tc>
          <w:tcPr>
            <w:tcW w:type="dxa" w:w="2880"/>
          </w:tcPr>
          <w:p>
            <w:r>
              <w:t>Company</w:t>
            </w:r>
          </w:p>
        </w:tc>
        <w:tc>
          <w:tcPr>
            <w:tcW w:type="dxa" w:w="2880"/>
          </w:tcPr>
          <w:p>
            <w:r>
              <w:t>Signature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t>Notes</w:t>
      </w:r>
    </w:p>
    <w:p>
      <w:r>
        <w:br/>
      </w:r>
    </w:p>
    <w:p>
      <w:r>
        <w:t>Record-keeping template only. Not safety or legal advice. Free from zimqi.com.au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